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187"/>
        <w:gridCol w:w="6163"/>
      </w:tblGrid>
      <w:tr w:rsidR="00595B1C" w14:paraId="65CBC442" w14:textId="77777777" w:rsidTr="00842DFA">
        <w:trPr>
          <w:jc w:val="center"/>
        </w:trPr>
        <w:tc>
          <w:tcPr>
            <w:tcW w:w="9567" w:type="dxa"/>
            <w:gridSpan w:val="2"/>
          </w:tcPr>
          <w:p w14:paraId="7F511CD3" w14:textId="77777777" w:rsidR="00595B1C" w:rsidRDefault="00000000">
            <w:pPr>
              <w:jc w:val="center"/>
            </w:pPr>
            <w:r>
              <w:rPr>
                <w:b/>
                <w:sz w:val="28"/>
              </w:rPr>
              <w:t>IZVJEŠĆE O PROVEDENOM SAVJETOVANJU</w:t>
            </w:r>
            <w:r>
              <w:rPr>
                <w:b/>
                <w:sz w:val="28"/>
              </w:rPr>
              <w:br/>
              <w:t>SA ZAINTERESIRANOM JAVNOŠĆU</w:t>
            </w:r>
          </w:p>
        </w:tc>
      </w:tr>
      <w:tr w:rsidR="00595B1C" w14:paraId="4C2F21ED" w14:textId="77777777" w:rsidTr="00842DFA">
        <w:trPr>
          <w:trHeight w:val="454"/>
          <w:jc w:val="center"/>
        </w:trPr>
        <w:tc>
          <w:tcPr>
            <w:tcW w:w="3223" w:type="dxa"/>
          </w:tcPr>
          <w:p w14:paraId="553510AF" w14:textId="77777777" w:rsidR="00595B1C" w:rsidRDefault="00000000">
            <w:r>
              <w:t xml:space="preserve">Naziv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dokumenta</w:t>
            </w:r>
            <w:proofErr w:type="spellEnd"/>
          </w:p>
        </w:tc>
        <w:tc>
          <w:tcPr>
            <w:tcW w:w="6344" w:type="dxa"/>
          </w:tcPr>
          <w:p w14:paraId="6FCDFB50" w14:textId="2DF8C537" w:rsidR="00595B1C" w:rsidRDefault="00105569">
            <w:proofErr w:type="spellStart"/>
            <w:r>
              <w:t>Nacrt</w:t>
            </w:r>
            <w:proofErr w:type="spellEnd"/>
            <w:r>
              <w:t xml:space="preserve"> </w:t>
            </w:r>
            <w:proofErr w:type="spellStart"/>
            <w:r>
              <w:t>Prijedloga</w:t>
            </w:r>
            <w:proofErr w:type="spellEnd"/>
            <w:r>
              <w:t xml:space="preserve"> </w:t>
            </w:r>
            <w:proofErr w:type="spellStart"/>
            <w:r>
              <w:t>Pravilnika</w:t>
            </w:r>
            <w:proofErr w:type="spellEnd"/>
            <w:r>
              <w:t xml:space="preserve"> o </w:t>
            </w:r>
            <w:proofErr w:type="spellStart"/>
            <w:r>
              <w:t>provedbi</w:t>
            </w:r>
            <w:proofErr w:type="spellEnd"/>
            <w:r>
              <w:t xml:space="preserve"> </w:t>
            </w:r>
            <w:proofErr w:type="spellStart"/>
            <w:r>
              <w:t>postupka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nabave</w:t>
            </w:r>
            <w:proofErr w:type="spellEnd"/>
          </w:p>
        </w:tc>
      </w:tr>
      <w:tr w:rsidR="00595B1C" w14:paraId="00DD66D7" w14:textId="77777777" w:rsidTr="00842DFA">
        <w:trPr>
          <w:trHeight w:val="701"/>
          <w:jc w:val="center"/>
        </w:trPr>
        <w:tc>
          <w:tcPr>
            <w:tcW w:w="3223" w:type="dxa"/>
          </w:tcPr>
          <w:p w14:paraId="4735504C" w14:textId="77777777" w:rsidR="00595B1C" w:rsidRDefault="00000000">
            <w:r>
              <w:t xml:space="preserve">Naziv </w:t>
            </w:r>
            <w:proofErr w:type="spellStart"/>
            <w:r>
              <w:t>tijela</w:t>
            </w:r>
            <w:proofErr w:type="spellEnd"/>
            <w:r>
              <w:t xml:space="preserve"> </w:t>
            </w:r>
            <w:proofErr w:type="spellStart"/>
            <w:r>
              <w:t>nadležnog</w:t>
            </w:r>
            <w:proofErr w:type="spellEnd"/>
            <w:r>
              <w:t xml:space="preserve"> za </w:t>
            </w:r>
            <w:proofErr w:type="spellStart"/>
            <w:r>
              <w:t>izradu</w:t>
            </w:r>
            <w:proofErr w:type="spellEnd"/>
            <w:r>
              <w:t xml:space="preserve"> nacrta/provedbu savjetovanja</w:t>
            </w:r>
          </w:p>
        </w:tc>
        <w:tc>
          <w:tcPr>
            <w:tcW w:w="6344" w:type="dxa"/>
          </w:tcPr>
          <w:p w14:paraId="63564D39" w14:textId="3F8F8473" w:rsidR="00595B1C" w:rsidRDefault="00105569">
            <w:proofErr w:type="spellStart"/>
            <w:r>
              <w:t>Javna</w:t>
            </w:r>
            <w:proofErr w:type="spellEnd"/>
            <w:r>
              <w:t xml:space="preserve"> </w:t>
            </w:r>
            <w:proofErr w:type="spellStart"/>
            <w:r>
              <w:t>ustanova</w:t>
            </w:r>
            <w:proofErr w:type="spellEnd"/>
            <w:r>
              <w:t xml:space="preserve"> za </w:t>
            </w:r>
            <w:proofErr w:type="spellStart"/>
            <w:r>
              <w:t>upravljanje</w:t>
            </w:r>
            <w:proofErr w:type="spellEnd"/>
            <w:r>
              <w:t xml:space="preserve"> </w:t>
            </w:r>
            <w:proofErr w:type="spellStart"/>
            <w:r>
              <w:t>zaštićenim</w:t>
            </w:r>
            <w:proofErr w:type="spellEnd"/>
            <w:r>
              <w:t xml:space="preserve"> </w:t>
            </w:r>
            <w:proofErr w:type="spellStart"/>
            <w:r>
              <w:t>dijelovima</w:t>
            </w:r>
            <w:proofErr w:type="spellEnd"/>
            <w:r>
              <w:t xml:space="preserve"> </w:t>
            </w:r>
            <w:proofErr w:type="spellStart"/>
            <w:r>
              <w:t>prirode</w:t>
            </w:r>
            <w:proofErr w:type="spellEnd"/>
            <w:r>
              <w:t xml:space="preserve"> Sisačko-moslavačke županije</w:t>
            </w:r>
          </w:p>
        </w:tc>
      </w:tr>
      <w:tr w:rsidR="00595B1C" w14:paraId="0EF053F2" w14:textId="77777777" w:rsidTr="00842DFA">
        <w:trPr>
          <w:trHeight w:val="4667"/>
          <w:jc w:val="center"/>
        </w:trPr>
        <w:tc>
          <w:tcPr>
            <w:tcW w:w="3223" w:type="dxa"/>
          </w:tcPr>
          <w:p w14:paraId="48BF057F" w14:textId="77777777" w:rsidR="00595B1C" w:rsidRDefault="00000000">
            <w:proofErr w:type="spellStart"/>
            <w:r>
              <w:t>Razlozi</w:t>
            </w:r>
            <w:proofErr w:type="spellEnd"/>
            <w:r>
              <w:t xml:space="preserve"> za </w:t>
            </w:r>
            <w:proofErr w:type="spellStart"/>
            <w:r>
              <w:t>donošenje</w:t>
            </w:r>
            <w:proofErr w:type="spellEnd"/>
            <w:r>
              <w:t xml:space="preserve"> </w:t>
            </w:r>
            <w:proofErr w:type="spellStart"/>
            <w:r>
              <w:t>akta</w:t>
            </w:r>
            <w:proofErr w:type="spellEnd"/>
            <w:r>
              <w:t xml:space="preserve"> ili dokumenta i ciljevi koji se njime žele postići</w:t>
            </w:r>
          </w:p>
        </w:tc>
        <w:tc>
          <w:tcPr>
            <w:tcW w:w="6344" w:type="dxa"/>
          </w:tcPr>
          <w:p w14:paraId="1097DE16" w14:textId="77777777" w:rsidR="00105569" w:rsidRDefault="00105569"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članku</w:t>
            </w:r>
            <w:proofErr w:type="spellEnd"/>
            <w:r>
              <w:t xml:space="preserve"> 11. </w:t>
            </w:r>
            <w:proofErr w:type="spellStart"/>
            <w:r>
              <w:t>Zakona</w:t>
            </w:r>
            <w:proofErr w:type="spellEnd"/>
            <w:r>
              <w:t xml:space="preserve"> o </w:t>
            </w:r>
            <w:proofErr w:type="spellStart"/>
            <w:r>
              <w:t>pravu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pristup</w:t>
            </w:r>
            <w:proofErr w:type="spellEnd"/>
            <w:r>
              <w:t xml:space="preserve"> </w:t>
            </w:r>
            <w:proofErr w:type="spellStart"/>
            <w:r>
              <w:t>informacijama</w:t>
            </w:r>
            <w:proofErr w:type="spellEnd"/>
            <w:r>
              <w:t xml:space="preserve"> (“</w:t>
            </w:r>
            <w:proofErr w:type="spellStart"/>
            <w:r>
              <w:t>Narodne</w:t>
            </w:r>
            <w:proofErr w:type="spellEnd"/>
            <w:r>
              <w:t xml:space="preserve"> novine” </w:t>
            </w:r>
            <w:proofErr w:type="spellStart"/>
            <w:r>
              <w:t>broj</w:t>
            </w:r>
            <w:proofErr w:type="spellEnd"/>
            <w:r>
              <w:t xml:space="preserve"> 25/13,85/15,69/22) </w:t>
            </w:r>
            <w:proofErr w:type="spellStart"/>
            <w:r>
              <w:t>provedeno</w:t>
            </w:r>
            <w:proofErr w:type="spellEnd"/>
            <w:r>
              <w:t xml:space="preserve"> je </w:t>
            </w:r>
            <w:proofErr w:type="spellStart"/>
            <w:r>
              <w:t>javno</w:t>
            </w:r>
            <w:proofErr w:type="spellEnd"/>
            <w:r>
              <w:t xml:space="preserve"> </w:t>
            </w:r>
            <w:proofErr w:type="spellStart"/>
            <w:r>
              <w:t>savjetovanje</w:t>
            </w:r>
            <w:proofErr w:type="spellEnd"/>
            <w:r>
              <w:t xml:space="preserve"> o </w:t>
            </w:r>
            <w:proofErr w:type="spellStart"/>
            <w:r w:rsidRPr="00105569">
              <w:t>Nacrt</w:t>
            </w:r>
            <w:r>
              <w:t>u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Prijedloga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Parvilnika</w:t>
            </w:r>
            <w:proofErr w:type="spellEnd"/>
            <w:r w:rsidRPr="00105569">
              <w:t xml:space="preserve"> o </w:t>
            </w:r>
            <w:proofErr w:type="spellStart"/>
            <w:r w:rsidRPr="00105569">
              <w:t>provedbi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postupka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jednostavne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nabave</w:t>
            </w:r>
            <w:proofErr w:type="spellEnd"/>
            <w:r>
              <w:t>.</w:t>
            </w:r>
          </w:p>
          <w:p w14:paraId="5CE6506F" w14:textId="77777777" w:rsidR="00105569" w:rsidRDefault="00105569">
            <w:proofErr w:type="spellStart"/>
            <w:r w:rsidRPr="00105569">
              <w:t>Pr</w:t>
            </w:r>
            <w:r>
              <w:t>a</w:t>
            </w:r>
            <w:r w:rsidRPr="00105569">
              <w:t>vilnika</w:t>
            </w:r>
            <w:proofErr w:type="spellEnd"/>
            <w:r w:rsidRPr="00105569">
              <w:t xml:space="preserve"> o </w:t>
            </w:r>
            <w:proofErr w:type="spellStart"/>
            <w:r w:rsidRPr="00105569">
              <w:t>provedbi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postupka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jednostavne</w:t>
            </w:r>
            <w:proofErr w:type="spellEnd"/>
            <w:r w:rsidRPr="00105569">
              <w:t xml:space="preserve"> </w:t>
            </w:r>
            <w:proofErr w:type="spellStart"/>
            <w:r w:rsidRPr="00105569">
              <w:t>nabave</w:t>
            </w:r>
            <w:proofErr w:type="spellEnd"/>
            <w:r>
              <w:t xml:space="preserve"> </w:t>
            </w:r>
            <w:proofErr w:type="spellStart"/>
            <w:r>
              <w:t>donosi</w:t>
            </w:r>
            <w:proofErr w:type="spellEnd"/>
            <w:r>
              <w:t xml:space="preserve"> </w:t>
            </w:r>
            <w:proofErr w:type="spellStart"/>
            <w:r>
              <w:t>Upravno</w:t>
            </w:r>
            <w:proofErr w:type="spellEnd"/>
            <w:r>
              <w:t xml:space="preserve"> </w:t>
            </w:r>
            <w:proofErr w:type="spellStart"/>
            <w:r>
              <w:t>vijeće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temelju</w:t>
            </w:r>
            <w:proofErr w:type="spellEnd"/>
            <w:r>
              <w:t xml:space="preserve"> </w:t>
            </w:r>
            <w:proofErr w:type="spellStart"/>
            <w:r>
              <w:t>članka</w:t>
            </w:r>
            <w:proofErr w:type="spellEnd"/>
            <w:r>
              <w:t xml:space="preserve"> 15. </w:t>
            </w:r>
            <w:proofErr w:type="spellStart"/>
            <w:r>
              <w:t>Zakona</w:t>
            </w:r>
            <w:proofErr w:type="spellEnd"/>
            <w:r>
              <w:t xml:space="preserve"> o </w:t>
            </w:r>
            <w:proofErr w:type="spellStart"/>
            <w:r>
              <w:t>javnoj</w:t>
            </w:r>
            <w:proofErr w:type="spellEnd"/>
            <w:r>
              <w:t xml:space="preserve"> </w:t>
            </w:r>
            <w:proofErr w:type="spellStart"/>
            <w:r>
              <w:t>nabavi</w:t>
            </w:r>
            <w:proofErr w:type="spellEnd"/>
            <w:r>
              <w:t xml:space="preserve"> (</w:t>
            </w:r>
            <w:proofErr w:type="spellStart"/>
            <w:r>
              <w:t>Narodne</w:t>
            </w:r>
            <w:proofErr w:type="spellEnd"/>
            <w:r>
              <w:t xml:space="preserve"> novine, </w:t>
            </w:r>
            <w:proofErr w:type="spellStart"/>
            <w:r>
              <w:t>broj</w:t>
            </w:r>
            <w:proofErr w:type="spellEnd"/>
            <w:r>
              <w:t xml:space="preserve"> 120/16,114/22,48/26) I </w:t>
            </w:r>
            <w:proofErr w:type="spellStart"/>
            <w:r>
              <w:t>članka</w:t>
            </w:r>
            <w:proofErr w:type="spellEnd"/>
            <w:r>
              <w:t xml:space="preserve"> 19. </w:t>
            </w:r>
            <w:proofErr w:type="spellStart"/>
            <w:r>
              <w:t>Statuta</w:t>
            </w:r>
            <w:proofErr w:type="spellEnd"/>
            <w:r>
              <w:t xml:space="preserve"> </w:t>
            </w:r>
            <w:proofErr w:type="spellStart"/>
            <w:r>
              <w:t>Javne</w:t>
            </w:r>
            <w:proofErr w:type="spellEnd"/>
            <w:r>
              <w:t xml:space="preserve"> </w:t>
            </w:r>
            <w:proofErr w:type="spellStart"/>
            <w:r>
              <w:t>ustanove</w:t>
            </w:r>
            <w:proofErr w:type="spellEnd"/>
            <w:r>
              <w:t xml:space="preserve"> za </w:t>
            </w:r>
            <w:proofErr w:type="spellStart"/>
            <w:r>
              <w:t>upravljanje</w:t>
            </w:r>
            <w:proofErr w:type="spellEnd"/>
            <w:r>
              <w:t xml:space="preserve"> </w:t>
            </w:r>
            <w:proofErr w:type="spellStart"/>
            <w:r>
              <w:t>zaštićenim</w:t>
            </w:r>
            <w:proofErr w:type="spellEnd"/>
            <w:r>
              <w:t xml:space="preserve"> </w:t>
            </w:r>
            <w:proofErr w:type="spellStart"/>
            <w:r>
              <w:t>dijelovima</w:t>
            </w:r>
            <w:proofErr w:type="spellEnd"/>
            <w:r>
              <w:t xml:space="preserve"> </w:t>
            </w:r>
            <w:proofErr w:type="spellStart"/>
            <w:r>
              <w:t>prirode</w:t>
            </w:r>
            <w:proofErr w:type="spellEnd"/>
            <w:r>
              <w:t xml:space="preserve"> </w:t>
            </w:r>
            <w:proofErr w:type="spellStart"/>
            <w:r>
              <w:t>Sisačko-moslvačke</w:t>
            </w:r>
            <w:proofErr w:type="spellEnd"/>
            <w:r>
              <w:t xml:space="preserve"> županije od 26.03.2025. -</w:t>
            </w:r>
            <w:proofErr w:type="spellStart"/>
            <w:r>
              <w:t>Pročišćeni</w:t>
            </w:r>
            <w:proofErr w:type="spellEnd"/>
            <w:r>
              <w:t xml:space="preserve"> </w:t>
            </w:r>
            <w:proofErr w:type="spellStart"/>
            <w:r>
              <w:t>tekst</w:t>
            </w:r>
            <w:proofErr w:type="spellEnd"/>
          </w:p>
          <w:p w14:paraId="6342A63D" w14:textId="064EA9B6" w:rsidR="00105569" w:rsidRDefault="00105569">
            <w:proofErr w:type="spellStart"/>
            <w:r>
              <w:t>Pravilnik</w:t>
            </w:r>
            <w:proofErr w:type="spellEnd"/>
            <w:r>
              <w:t xml:space="preserve"> o </w:t>
            </w:r>
            <w:proofErr w:type="spellStart"/>
            <w:r>
              <w:t>provedbi</w:t>
            </w:r>
            <w:proofErr w:type="spellEnd"/>
            <w:r>
              <w:t xml:space="preserve"> </w:t>
            </w:r>
            <w:proofErr w:type="spellStart"/>
            <w:r>
              <w:t>postupka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nabave</w:t>
            </w:r>
            <w:proofErr w:type="spellEnd"/>
            <w:r>
              <w:t xml:space="preserve"> je </w:t>
            </w:r>
            <w:proofErr w:type="spellStart"/>
            <w:r>
              <w:t>akt</w:t>
            </w:r>
            <w:proofErr w:type="spellEnd"/>
            <w:r>
              <w:t xml:space="preserve"> </w:t>
            </w:r>
            <w:proofErr w:type="spellStart"/>
            <w:r>
              <w:t>kojim</w:t>
            </w:r>
            <w:proofErr w:type="spellEnd"/>
            <w:r>
              <w:t xml:space="preserve"> se </w:t>
            </w:r>
            <w:proofErr w:type="spellStart"/>
            <w:r>
              <w:t>uređuje</w:t>
            </w:r>
            <w:proofErr w:type="spellEnd"/>
            <w:r>
              <w:t xml:space="preserve"> </w:t>
            </w:r>
            <w:proofErr w:type="spellStart"/>
            <w:r>
              <w:t>postupak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nabave</w:t>
            </w:r>
            <w:proofErr w:type="spellEnd"/>
            <w:r>
              <w:t xml:space="preserve"> </w:t>
            </w:r>
            <w:proofErr w:type="spellStart"/>
            <w:r>
              <w:t>roba</w:t>
            </w:r>
            <w:proofErr w:type="spellEnd"/>
            <w:r>
              <w:t xml:space="preserve">, </w:t>
            </w:r>
            <w:proofErr w:type="spellStart"/>
            <w:r>
              <w:t>usluga</w:t>
            </w:r>
            <w:proofErr w:type="spellEnd"/>
            <w:r>
              <w:t xml:space="preserve"> I </w:t>
            </w:r>
            <w:proofErr w:type="spellStart"/>
            <w:r>
              <w:t>radova</w:t>
            </w:r>
            <w:proofErr w:type="spellEnd"/>
            <w:r>
              <w:t xml:space="preserve"> </w:t>
            </w:r>
            <w:proofErr w:type="spellStart"/>
            <w:r>
              <w:t>procijenjene</w:t>
            </w:r>
            <w:proofErr w:type="spellEnd"/>
            <w:r>
              <w:t xml:space="preserve"> </w:t>
            </w:r>
            <w:proofErr w:type="spellStart"/>
            <w:r>
              <w:t>vrijednosti</w:t>
            </w:r>
            <w:proofErr w:type="spellEnd"/>
            <w:r>
              <w:t xml:space="preserve"> do 50.000,00 </w:t>
            </w:r>
            <w:proofErr w:type="spellStart"/>
            <w:r>
              <w:t>eura</w:t>
            </w:r>
            <w:proofErr w:type="spellEnd"/>
            <w:r w:rsidR="003D3EB1">
              <w:t xml:space="preserve"> bez </w:t>
            </w:r>
            <w:proofErr w:type="spellStart"/>
            <w:r w:rsidR="003D3EB1">
              <w:t>pdv</w:t>
            </w:r>
            <w:proofErr w:type="spellEnd"/>
            <w:r w:rsidR="003D3EB1">
              <w:t xml:space="preserve">-za </w:t>
            </w:r>
            <w:proofErr w:type="spellStart"/>
            <w:r w:rsidR="003D3EB1">
              <w:t>nabavu</w:t>
            </w:r>
            <w:proofErr w:type="spellEnd"/>
            <w:r w:rsidR="003D3EB1">
              <w:t xml:space="preserve"> </w:t>
            </w:r>
            <w:proofErr w:type="spellStart"/>
            <w:r w:rsidR="003D3EB1">
              <w:t>roba</w:t>
            </w:r>
            <w:proofErr w:type="spellEnd"/>
            <w:r w:rsidR="003D3EB1">
              <w:t xml:space="preserve"> </w:t>
            </w:r>
            <w:proofErr w:type="spellStart"/>
            <w:r w:rsidR="003D3EB1">
              <w:t>i</w:t>
            </w:r>
            <w:proofErr w:type="spellEnd"/>
            <w:r w:rsidR="003D3EB1">
              <w:t xml:space="preserve"> </w:t>
            </w:r>
            <w:proofErr w:type="spellStart"/>
            <w:r w:rsidR="003D3EB1">
              <w:t>usluga</w:t>
            </w:r>
            <w:proofErr w:type="spellEnd"/>
            <w:r w:rsidR="003D3EB1">
              <w:t xml:space="preserve"> </w:t>
            </w:r>
            <w:proofErr w:type="spellStart"/>
            <w:r w:rsidR="003D3EB1">
              <w:t>odnosno</w:t>
            </w:r>
            <w:proofErr w:type="spellEnd"/>
            <w:r w:rsidR="003D3EB1">
              <w:t xml:space="preserve"> 100.000,00 </w:t>
            </w:r>
            <w:proofErr w:type="spellStart"/>
            <w:r w:rsidR="003D3EB1">
              <w:t>eura</w:t>
            </w:r>
            <w:proofErr w:type="spellEnd"/>
            <w:r w:rsidR="003D3EB1">
              <w:t xml:space="preserve"> bez </w:t>
            </w:r>
            <w:proofErr w:type="spellStart"/>
            <w:r w:rsidR="003D3EB1">
              <w:t>pdv</w:t>
            </w:r>
            <w:proofErr w:type="spellEnd"/>
            <w:r w:rsidR="003D3EB1">
              <w:t xml:space="preserve">-a za </w:t>
            </w:r>
            <w:proofErr w:type="spellStart"/>
            <w:r w:rsidR="003D3EB1">
              <w:t>nabavu</w:t>
            </w:r>
            <w:proofErr w:type="spellEnd"/>
            <w:r w:rsidR="003D3EB1">
              <w:t xml:space="preserve"> </w:t>
            </w:r>
            <w:proofErr w:type="spellStart"/>
            <w:proofErr w:type="gramStart"/>
            <w:r w:rsidR="003D3EB1">
              <w:t>radova</w:t>
            </w:r>
            <w:proofErr w:type="spellEnd"/>
            <w:r w:rsidR="003D3EB1">
              <w:t xml:space="preserve">  za</w:t>
            </w:r>
            <w:proofErr w:type="gramEnd"/>
            <w:r w:rsidR="003D3EB1">
              <w:t xml:space="preserve"> </w:t>
            </w:r>
            <w:proofErr w:type="spellStart"/>
            <w:r w:rsidR="003D3EB1">
              <w:t>koje</w:t>
            </w:r>
            <w:proofErr w:type="spellEnd"/>
            <w:r w:rsidR="003D3EB1">
              <w:t xml:space="preserve"> </w:t>
            </w:r>
            <w:proofErr w:type="spellStart"/>
            <w:r w:rsidR="003D3EB1">
              <w:t>sukladno</w:t>
            </w:r>
            <w:proofErr w:type="spellEnd"/>
            <w:r w:rsidR="003D3EB1">
              <w:t xml:space="preserve"> </w:t>
            </w:r>
            <w:proofErr w:type="spellStart"/>
            <w:r w:rsidR="003D3EB1">
              <w:t>odredbama</w:t>
            </w:r>
            <w:proofErr w:type="spellEnd"/>
            <w:r w:rsidR="003D3EB1">
              <w:t xml:space="preserve"> </w:t>
            </w:r>
            <w:proofErr w:type="spellStart"/>
            <w:r w:rsidR="003D3EB1">
              <w:t>Zakona</w:t>
            </w:r>
            <w:proofErr w:type="spellEnd"/>
            <w:r w:rsidR="003D3EB1">
              <w:t xml:space="preserve"> o </w:t>
            </w:r>
            <w:proofErr w:type="spellStart"/>
            <w:r w:rsidR="003D3EB1">
              <w:t>javnoj</w:t>
            </w:r>
            <w:proofErr w:type="spellEnd"/>
            <w:r w:rsidR="003D3EB1">
              <w:t xml:space="preserve"> </w:t>
            </w:r>
            <w:proofErr w:type="spellStart"/>
            <w:r w:rsidR="003D3EB1">
              <w:t>nabavi</w:t>
            </w:r>
            <w:proofErr w:type="spellEnd"/>
            <w:r w:rsidR="003D3EB1">
              <w:t xml:space="preserve"> ne </w:t>
            </w:r>
            <w:proofErr w:type="spellStart"/>
            <w:r w:rsidR="003D3EB1">
              <w:t>postoji</w:t>
            </w:r>
            <w:proofErr w:type="spellEnd"/>
            <w:r w:rsidR="003D3EB1">
              <w:t xml:space="preserve"> </w:t>
            </w:r>
            <w:proofErr w:type="spellStart"/>
            <w:r w:rsidR="003D3EB1">
              <w:t>obveza</w:t>
            </w:r>
            <w:proofErr w:type="spellEnd"/>
            <w:r w:rsidR="003D3EB1">
              <w:t xml:space="preserve"> </w:t>
            </w:r>
            <w:proofErr w:type="spellStart"/>
            <w:r w:rsidR="003D3EB1">
              <w:t>provedbe</w:t>
            </w:r>
            <w:proofErr w:type="spellEnd"/>
            <w:r w:rsidR="003D3EB1">
              <w:t xml:space="preserve"> </w:t>
            </w:r>
            <w:proofErr w:type="spellStart"/>
            <w:r w:rsidR="003D3EB1">
              <w:t>postupka</w:t>
            </w:r>
            <w:proofErr w:type="spellEnd"/>
            <w:r w:rsidR="003D3EB1">
              <w:t xml:space="preserve"> </w:t>
            </w:r>
            <w:proofErr w:type="spellStart"/>
            <w:r w:rsidR="003D3EB1">
              <w:t>javne</w:t>
            </w:r>
            <w:proofErr w:type="spellEnd"/>
            <w:r w:rsidR="003D3EB1">
              <w:t xml:space="preserve"> </w:t>
            </w:r>
            <w:proofErr w:type="spellStart"/>
            <w:r w:rsidR="003D3EB1">
              <w:t>nabave</w:t>
            </w:r>
            <w:proofErr w:type="spellEnd"/>
            <w:r w:rsidR="003D3EB1">
              <w:t>.</w:t>
            </w:r>
          </w:p>
        </w:tc>
      </w:tr>
      <w:tr w:rsidR="00595B1C" w14:paraId="5DD7ED18" w14:textId="77777777" w:rsidTr="00842DFA">
        <w:trPr>
          <w:trHeight w:val="676"/>
          <w:jc w:val="center"/>
        </w:trPr>
        <w:tc>
          <w:tcPr>
            <w:tcW w:w="3223" w:type="dxa"/>
          </w:tcPr>
          <w:p w14:paraId="34D11FF7" w14:textId="77777777" w:rsidR="00595B1C" w:rsidRDefault="00000000">
            <w:proofErr w:type="spellStart"/>
            <w:r>
              <w:t>Objava</w:t>
            </w:r>
            <w:proofErr w:type="spellEnd"/>
            <w:r>
              <w:t xml:space="preserve"> </w:t>
            </w:r>
            <w:proofErr w:type="spellStart"/>
            <w:r>
              <w:t>dokumenata</w:t>
            </w:r>
            <w:proofErr w:type="spellEnd"/>
            <w:r>
              <w:t xml:space="preserve"> za </w:t>
            </w:r>
            <w:proofErr w:type="spellStart"/>
            <w:r>
              <w:t>savjetovanje</w:t>
            </w:r>
            <w:proofErr w:type="spellEnd"/>
            <w:r>
              <w:t>/</w:t>
            </w:r>
            <w:proofErr w:type="spellStart"/>
            <w:r>
              <w:t>poveznica</w:t>
            </w:r>
            <w:proofErr w:type="spellEnd"/>
          </w:p>
        </w:tc>
        <w:tc>
          <w:tcPr>
            <w:tcW w:w="6344" w:type="dxa"/>
          </w:tcPr>
          <w:p w14:paraId="55C41148" w14:textId="21801873" w:rsidR="00595B1C" w:rsidRDefault="003D3EB1">
            <w:proofErr w:type="spellStart"/>
            <w:r w:rsidRPr="003D3EB1">
              <w:t>Nacrt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Prijedloga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Pravilnika</w:t>
            </w:r>
            <w:proofErr w:type="spellEnd"/>
            <w:r w:rsidRPr="003D3EB1">
              <w:t xml:space="preserve"> o </w:t>
            </w:r>
            <w:proofErr w:type="spellStart"/>
            <w:r w:rsidRPr="003D3EB1">
              <w:t>provedbi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postupka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jednostavne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nabave</w:t>
            </w:r>
            <w:proofErr w:type="spellEnd"/>
            <w:r>
              <w:t xml:space="preserve"> </w:t>
            </w:r>
            <w:proofErr w:type="spellStart"/>
            <w:r>
              <w:t>objavljen</w:t>
            </w:r>
            <w:proofErr w:type="spellEnd"/>
            <w:r>
              <w:t xml:space="preserve"> je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internetskoj</w:t>
            </w:r>
            <w:proofErr w:type="spellEnd"/>
            <w:r>
              <w:t xml:space="preserve"> </w:t>
            </w:r>
            <w:proofErr w:type="spellStart"/>
            <w:r>
              <w:t>stranici</w:t>
            </w:r>
            <w:proofErr w:type="spellEnd"/>
            <w:r>
              <w:t xml:space="preserve"> </w:t>
            </w:r>
            <w:proofErr w:type="spellStart"/>
            <w:r w:rsidRPr="003D3EB1">
              <w:t>Javn</w:t>
            </w:r>
            <w:r>
              <w:t>e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ustanov</w:t>
            </w:r>
            <w:r>
              <w:t>e</w:t>
            </w:r>
            <w:proofErr w:type="spellEnd"/>
            <w:r w:rsidRPr="003D3EB1">
              <w:t xml:space="preserve"> za </w:t>
            </w:r>
            <w:proofErr w:type="spellStart"/>
            <w:r w:rsidRPr="003D3EB1">
              <w:t>upravljanje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zaštićenim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dijelovima</w:t>
            </w:r>
            <w:proofErr w:type="spellEnd"/>
            <w:r w:rsidRPr="003D3EB1">
              <w:t xml:space="preserve"> </w:t>
            </w:r>
            <w:proofErr w:type="spellStart"/>
            <w:r w:rsidRPr="003D3EB1">
              <w:t>prirode</w:t>
            </w:r>
            <w:proofErr w:type="spellEnd"/>
            <w:r w:rsidRPr="003D3EB1">
              <w:t xml:space="preserve"> Sisačko-moslavačke županije</w:t>
            </w:r>
            <w:r>
              <w:t xml:space="preserve"> www.zastita-prirode-smz</w:t>
            </w:r>
          </w:p>
        </w:tc>
      </w:tr>
      <w:tr w:rsidR="00595B1C" w14:paraId="51A2049E" w14:textId="77777777" w:rsidTr="00842DFA">
        <w:trPr>
          <w:trHeight w:val="700"/>
          <w:jc w:val="center"/>
        </w:trPr>
        <w:tc>
          <w:tcPr>
            <w:tcW w:w="3223" w:type="dxa"/>
          </w:tcPr>
          <w:p w14:paraId="3FAF87D0" w14:textId="77777777" w:rsidR="00595B1C" w:rsidRDefault="00000000">
            <w:proofErr w:type="spellStart"/>
            <w:r>
              <w:t>Razdoblje</w:t>
            </w:r>
            <w:proofErr w:type="spellEnd"/>
            <w:r>
              <w:t xml:space="preserve"> </w:t>
            </w:r>
            <w:proofErr w:type="spellStart"/>
            <w:r>
              <w:t>provedbe</w:t>
            </w:r>
            <w:proofErr w:type="spellEnd"/>
            <w:r>
              <w:t xml:space="preserve"> </w:t>
            </w:r>
            <w:proofErr w:type="spellStart"/>
            <w:r>
              <w:t>savjetovanja</w:t>
            </w:r>
            <w:proofErr w:type="spellEnd"/>
          </w:p>
        </w:tc>
        <w:tc>
          <w:tcPr>
            <w:tcW w:w="6344" w:type="dxa"/>
          </w:tcPr>
          <w:p w14:paraId="4BFA0516" w14:textId="79FDFA29" w:rsidR="00595B1C" w:rsidRDefault="003D3EB1">
            <w:proofErr w:type="spellStart"/>
            <w:r>
              <w:t>Javno</w:t>
            </w:r>
            <w:proofErr w:type="spellEnd"/>
            <w:r>
              <w:t xml:space="preserve"> </w:t>
            </w:r>
            <w:proofErr w:type="spellStart"/>
            <w:r>
              <w:t>savjetovanje</w:t>
            </w:r>
            <w:proofErr w:type="spellEnd"/>
            <w:r>
              <w:t xml:space="preserve"> je </w:t>
            </w:r>
            <w:proofErr w:type="spellStart"/>
            <w:r>
              <w:t>bilo</w:t>
            </w:r>
            <w:proofErr w:type="spellEnd"/>
            <w:r>
              <w:t xml:space="preserve"> </w:t>
            </w:r>
            <w:proofErr w:type="spellStart"/>
            <w:r>
              <w:t>otvoreno</w:t>
            </w:r>
            <w:proofErr w:type="spellEnd"/>
            <w:r>
              <w:t xml:space="preserve"> od 06. </w:t>
            </w:r>
            <w:proofErr w:type="spellStart"/>
            <w:r>
              <w:t>Srpnja</w:t>
            </w:r>
            <w:proofErr w:type="spellEnd"/>
            <w:r>
              <w:t xml:space="preserve"> do </w:t>
            </w:r>
            <w:proofErr w:type="gramStart"/>
            <w:r>
              <w:t>21.srpnja</w:t>
            </w:r>
            <w:proofErr w:type="gramEnd"/>
            <w:r>
              <w:t xml:space="preserve"> 2026. </w:t>
            </w:r>
            <w:proofErr w:type="spellStart"/>
            <w:r>
              <w:t>godine</w:t>
            </w:r>
            <w:proofErr w:type="spellEnd"/>
          </w:p>
        </w:tc>
      </w:tr>
      <w:tr w:rsidR="00595B1C" w14:paraId="43961B12" w14:textId="77777777" w:rsidTr="00842DFA">
        <w:trPr>
          <w:trHeight w:val="1033"/>
          <w:jc w:val="center"/>
        </w:trPr>
        <w:tc>
          <w:tcPr>
            <w:tcW w:w="3223" w:type="dxa"/>
          </w:tcPr>
          <w:p w14:paraId="4F980341" w14:textId="77777777" w:rsidR="00595B1C" w:rsidRDefault="00000000">
            <w:proofErr w:type="spellStart"/>
            <w:r>
              <w:t>Predstavnici</w:t>
            </w:r>
            <w:proofErr w:type="spellEnd"/>
            <w:r>
              <w:t xml:space="preserve"> </w:t>
            </w:r>
            <w:proofErr w:type="spellStart"/>
            <w:r>
              <w:t>zainteresirane</w:t>
            </w:r>
            <w:proofErr w:type="spellEnd"/>
            <w:r>
              <w:t xml:space="preserve"> </w:t>
            </w:r>
            <w:proofErr w:type="spellStart"/>
            <w:r>
              <w:t>javnosti</w:t>
            </w:r>
            <w:proofErr w:type="spellEnd"/>
            <w:r>
              <w:t xml:space="preserve"> koji su dostavili svoje primjedbe</w:t>
            </w:r>
          </w:p>
        </w:tc>
        <w:tc>
          <w:tcPr>
            <w:tcW w:w="6344" w:type="dxa"/>
          </w:tcPr>
          <w:p w14:paraId="15C1B6FF" w14:textId="1790245B" w:rsidR="00595B1C" w:rsidRDefault="003D3EB1"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bilo</w:t>
            </w:r>
            <w:proofErr w:type="spellEnd"/>
            <w:r>
              <w:t xml:space="preserve"> </w:t>
            </w:r>
            <w:proofErr w:type="spellStart"/>
            <w:r>
              <w:t>prijedloga</w:t>
            </w:r>
            <w:proofErr w:type="spellEnd"/>
          </w:p>
        </w:tc>
      </w:tr>
      <w:tr w:rsidR="00595B1C" w14:paraId="2CC44F9E" w14:textId="77777777" w:rsidTr="00842DFA">
        <w:trPr>
          <w:trHeight w:val="1686"/>
          <w:jc w:val="center"/>
        </w:trPr>
        <w:tc>
          <w:tcPr>
            <w:tcW w:w="3223" w:type="dxa"/>
          </w:tcPr>
          <w:p w14:paraId="7099517C" w14:textId="77777777" w:rsidR="00595B1C" w:rsidRDefault="00000000">
            <w:r>
              <w:t>ANALIZA DOSTAVLJENIH PRIMJEDABA:</w:t>
            </w:r>
            <w:r>
              <w:br/>
            </w:r>
            <w:proofErr w:type="spellStart"/>
            <w:r>
              <w:t>Prihvaćene</w:t>
            </w:r>
            <w:proofErr w:type="spellEnd"/>
            <w:r>
              <w:t xml:space="preserve"> </w:t>
            </w:r>
            <w:proofErr w:type="spellStart"/>
            <w:r>
              <w:t>primjedbe</w:t>
            </w:r>
            <w:proofErr w:type="spellEnd"/>
            <w:r>
              <w:br/>
            </w:r>
            <w:proofErr w:type="spellStart"/>
            <w:r>
              <w:t>Primjedbe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nisu prihvaćene i obrazloženje razloga za neprihvaćanje</w:t>
            </w:r>
          </w:p>
        </w:tc>
        <w:tc>
          <w:tcPr>
            <w:tcW w:w="6344" w:type="dxa"/>
          </w:tcPr>
          <w:p w14:paraId="44D7FAFB" w14:textId="3013B107" w:rsidR="00595B1C" w:rsidRDefault="00A05CED">
            <w:r>
              <w:t>-</w:t>
            </w:r>
          </w:p>
        </w:tc>
      </w:tr>
      <w:tr w:rsidR="00595B1C" w14:paraId="293CEA91" w14:textId="77777777" w:rsidTr="00842DFA">
        <w:trPr>
          <w:jc w:val="center"/>
        </w:trPr>
        <w:tc>
          <w:tcPr>
            <w:tcW w:w="3223" w:type="dxa"/>
          </w:tcPr>
          <w:p w14:paraId="022F317A" w14:textId="77777777" w:rsidR="00595B1C" w:rsidRDefault="00000000">
            <w:proofErr w:type="spellStart"/>
            <w:r>
              <w:t>Troškovi</w:t>
            </w:r>
            <w:proofErr w:type="spellEnd"/>
            <w:r>
              <w:t xml:space="preserve"> </w:t>
            </w:r>
            <w:proofErr w:type="spellStart"/>
            <w:r>
              <w:t>provedenog</w:t>
            </w:r>
            <w:proofErr w:type="spellEnd"/>
            <w:r>
              <w:t xml:space="preserve"> </w:t>
            </w:r>
            <w:proofErr w:type="spellStart"/>
            <w:r>
              <w:t>savjetovanja</w:t>
            </w:r>
            <w:proofErr w:type="spellEnd"/>
          </w:p>
        </w:tc>
        <w:tc>
          <w:tcPr>
            <w:tcW w:w="6344" w:type="dxa"/>
          </w:tcPr>
          <w:p w14:paraId="6789B6F6" w14:textId="36E8F125" w:rsidR="00595B1C" w:rsidRDefault="006D2D69">
            <w:proofErr w:type="spellStart"/>
            <w:r>
              <w:t>Provedba</w:t>
            </w:r>
            <w:proofErr w:type="spellEnd"/>
            <w:r>
              <w:t xml:space="preserve"> </w:t>
            </w:r>
            <w:proofErr w:type="spellStart"/>
            <w:r>
              <w:t>internetskog</w:t>
            </w:r>
            <w:proofErr w:type="spellEnd"/>
            <w:r>
              <w:t xml:space="preserve"> </w:t>
            </w:r>
            <w:proofErr w:type="spellStart"/>
            <w:r>
              <w:t>savjetovanja</w:t>
            </w:r>
            <w:proofErr w:type="spellEnd"/>
            <w:r>
              <w:t xml:space="preserve"> </w:t>
            </w:r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iskazivala</w:t>
            </w:r>
            <w:proofErr w:type="spellEnd"/>
            <w:r>
              <w:t xml:space="preserve"> </w:t>
            </w:r>
            <w:proofErr w:type="spellStart"/>
            <w:r>
              <w:t>dodatne</w:t>
            </w:r>
            <w:proofErr w:type="spellEnd"/>
            <w:r>
              <w:t xml:space="preserve"> </w:t>
            </w:r>
            <w:proofErr w:type="spellStart"/>
            <w:r>
              <w:t>financijske</w:t>
            </w:r>
            <w:proofErr w:type="spellEnd"/>
            <w:r>
              <w:t xml:space="preserve"> troškove</w:t>
            </w:r>
          </w:p>
        </w:tc>
      </w:tr>
    </w:tbl>
    <w:p w14:paraId="20FF7613" w14:textId="77777777" w:rsidR="0030183B" w:rsidRDefault="0030183B"/>
    <w:sectPr w:rsidR="0030183B" w:rsidSect="0084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5C91" w14:textId="77777777" w:rsidR="00B32CC1" w:rsidRDefault="00B32CC1">
      <w:pPr>
        <w:spacing w:after="0" w:line="240" w:lineRule="auto"/>
      </w:pPr>
      <w:r>
        <w:separator/>
      </w:r>
    </w:p>
  </w:endnote>
  <w:endnote w:type="continuationSeparator" w:id="0">
    <w:p w14:paraId="596C979C" w14:textId="77777777" w:rsidR="00B32CC1" w:rsidRDefault="00B32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CABA7" w14:textId="77777777" w:rsidR="00B32CC1" w:rsidRDefault="00B32CC1">
      <w:pPr>
        <w:spacing w:after="0" w:line="240" w:lineRule="auto"/>
      </w:pPr>
    </w:p>
  </w:footnote>
  <w:footnote w:type="continuationSeparator" w:id="0">
    <w:p w14:paraId="6F6560C8" w14:textId="77777777" w:rsidR="00B32CC1" w:rsidRDefault="00B32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3646918">
    <w:abstractNumId w:val="8"/>
  </w:num>
  <w:num w:numId="2" w16cid:durableId="1700473824">
    <w:abstractNumId w:val="6"/>
  </w:num>
  <w:num w:numId="3" w16cid:durableId="385111549">
    <w:abstractNumId w:val="5"/>
  </w:num>
  <w:num w:numId="4" w16cid:durableId="1548223617">
    <w:abstractNumId w:val="4"/>
  </w:num>
  <w:num w:numId="5" w16cid:durableId="1149054953">
    <w:abstractNumId w:val="7"/>
  </w:num>
  <w:num w:numId="6" w16cid:durableId="502085747">
    <w:abstractNumId w:val="3"/>
  </w:num>
  <w:num w:numId="7" w16cid:durableId="754671672">
    <w:abstractNumId w:val="2"/>
  </w:num>
  <w:num w:numId="8" w16cid:durableId="966744850">
    <w:abstractNumId w:val="1"/>
  </w:num>
  <w:num w:numId="9" w16cid:durableId="199691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569"/>
    <w:rsid w:val="0015074B"/>
    <w:rsid w:val="0029639D"/>
    <w:rsid w:val="0030183B"/>
    <w:rsid w:val="00326F90"/>
    <w:rsid w:val="003D3EB1"/>
    <w:rsid w:val="004B62B6"/>
    <w:rsid w:val="00595B1C"/>
    <w:rsid w:val="006D2D69"/>
    <w:rsid w:val="00842DFA"/>
    <w:rsid w:val="00A05CED"/>
    <w:rsid w:val="00A7458D"/>
    <w:rsid w:val="00AA1D8D"/>
    <w:rsid w:val="00B32CC1"/>
    <w:rsid w:val="00B47730"/>
    <w:rsid w:val="00CB0664"/>
    <w:rsid w:val="00CD3C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0105B1"/>
  <w14:defaultImageDpi w14:val="300"/>
  <w15:docId w15:val="{F5B5C507-31EC-4776-8021-F84F5281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dragica vugić</cp:lastModifiedBy>
  <cp:revision>2</cp:revision>
  <dcterms:created xsi:type="dcterms:W3CDTF">2026-07-24T09:27:00Z</dcterms:created>
  <dcterms:modified xsi:type="dcterms:W3CDTF">2026-07-24T09:27:00Z</dcterms:modified>
  <cp:category/>
</cp:coreProperties>
</file>